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מתמודדים: איך מתקנים עולם גלובלי?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8"/>
          <w:rtl w:val="1"/>
          <w:bCs/>
          <w:szCs w:val="28"/>
        </w:rPr>
        <w:t>בעיות שחוצות גבולות צריכות פתרונות שחוצים גבולות.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אמנה בינלאומית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הסכם שהרבה מדינות חותמות עליו.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הסכם של מדינות הים התיכון נגד זיהום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קיימות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לחיות טוב היום ולשמור גם לילדים של מחר.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חיסכון במים כדי שיישארו גם בעתיד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אנרגיה ירוקה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חשמל מהשמש ומהרוח.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לוחות סולאריים על גג בית הספר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בנייה אקולוגית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בית שחוסך חשמל ומים.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גג ירוק ובידוד שמקרר את הבית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טיפול משולב בפסולת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פחות זבל, שימוש שוב ומיחזור.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פחים נפרדים לנייר, לפלסטיק ולאורגני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שמורת טבע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מקום שבו שומרים על הטבע.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אגם עם ציפורים שאסור לבנות לידו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חינוך סביבתי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ללמוד לאהוב ולשמור על הטבע.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סיור כיתתי לניקוי נחל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ייבוש החולה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הפכו ביצות בצפון לשדות.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ביצות שהפכו לשדות בעמק בצפון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מתקנים ביחד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בעיות סביבה עוברות בין מדינות. לכן גם הפתרונות צריכים לעבור ביניהן. מדינות חותמות על הסכמים. בהסכמים הן מבטיחות לשמור יחד על הים ועל האוויר.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יש סיפור הצלחה. מדינות הפסיקו להשתמש בגזים שפגעו בשכבת האוזון. עכשיו השכבה מתחילה להחלים. זה לוקח הרבה שנים, אבל זה עובד.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גם אנחנו יכולים לעזור. אפשר להשתמש בחשמל מהשמש ומהרוח. אפשר למחזר ולזרוק פחות. אפשר לשמור על שמורות טבע. כך העולם יישאר טוב גם לילדים שיבואו אחרינו.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אמנה בינלאומית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בית שחוסך חשמל ומים.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קיימות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לחיות טוב היום ולשמור גם לילדים של מחר.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אנרגיה ירוקה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חשמל מהשמש ומהרוח.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בנייה אקולוגית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הסכם שהרבה מדינות חותמות עליו.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טיפול משולב בפסולת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פחות זבל, שימוש שוב ומיחזור.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חינוך סביבתי   ·   ייבוש החולה   ·   שמורת טבע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ביצות שהפכו לשדות בעמק בצפון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סיור כיתתי לניקוי נחל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אגם עם ציפורים שאסור לבנות לידו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זה אמנה בינלאומית?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שיר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הסכם שהרבה מדינות חותמות עליו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מפה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סוג של עץ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איזו בעיה גלובלית מתחילה להחלים?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הפלסטיק בים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הפקקים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שכבת האוזון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הרעש בעיר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מהי אנרגיה ירוקה?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חשמל מהשמש ומהרוח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חשמל משריפת פחם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צבע ירוק על קיר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עלים יבשים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זה מיחזור?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לזרוק הכול לים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לקנות עוד ועוד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לשרוף זבל בחצר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להפוך חומר ישן למוצר חדש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למה שומרים על שמורות טבע?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כדי לבנות בהן קניון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כדי שבעלי חיים וצמחים יחיו בהן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כדי לשים בהן זבל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כדי לסלול כבישים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מדינות יכולות לפתור יחד בעיות סביבה.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שכבת האוזון החלימה בתוך יום אחד.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גם ילדים יכולים לעזור לסביבה.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אנרגיה ירוקה באה משריפת נפט.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כתבו שני דברים שאפשר לעשות בבית הספר כדי לשמור על הסביבה.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1. ... 2.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למה כדאי שמדינות יעבדו יחד על בעיות סביבה?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🎫 כרטיס יציאה – מתמודדים: איך מתקנים עולם גלובלי?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אמנה בינלאומית היא...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דבר אחד שאעשה למען הסביבה: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סיפור הצלחה שלמדתי: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מתמודדים: איך מתקנים עולם גלובלי?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