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48"/>
          <w:rtl w:val="1"/>
          <w:bCs/>
          <w:szCs w:val="48"/>
        </w:rPr>
        <w:t xml:space="preserve">  בעיות שחוצות גבולות</w:t>
      </w:r>
    </w:p>
    <w:p>
      <w:pPr>
        <w:bidi w:val="1"/>
        <w:spacing w:after="80"/>
        <w:jc w:val="right"/>
        <w:shd w:val="clear" w:color="auto" w:fill="444B5A"/>
      </w:pPr>
      <w:r>
        <w:rPr>
          <w:rFonts w:ascii="Assistant" w:hAnsi="Assistant" w:cs="Assistant"/>
          <w:b/>
          <w:color w:val="FFFFFF"/>
          <w:sz w:val="24"/>
          <w:rtl w:val="1"/>
          <w:bCs/>
          <w:szCs w:val="24"/>
        </w:rPr>
        <w:t xml:space="preserve">  מהדורה למורה · תשובות לשלוש הרמות: 🌱 בסיסי · 🚀 ז׳ רגיל · 🏆 מתקדם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התשובות מופיעות ראשונות. אחריהן: מהלך שיעור מוצע, בידול, משחקים לשיעור ופרטים לוודא.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🌱 תשובות – רמה בסיסית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בעיה חוצת גבולות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זרם ימי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מיקרופלסטיק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מים עיליים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מים תחתיים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גז שיוצא ממנוע של מכונית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פחמן דו-חמצני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ערפל אפור מעל עיר גדולה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זיהום אוויר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דליפה מתחנת כוח אחרי צונאמי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קרינה רדיואקטיבית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למה זיהום עובר מדינות?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כי רוח, ים ונהרות לא עוצרים בגבול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הטבע לא מכיר את הקווים שעל המפה.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הזרמים בים עושים לפלסטיק?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אוספים אותו לאזור גדול באוקיינוס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הזרמים המסתובבים מרכזים את הפסולת.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איך נראה רוב הפלסטיק באמצע האוקיינוס?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פירורים קטנים מאוד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רוב הפלסטיק התפרק לחתיכות זעירות.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זה מים תחתיים?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מים מתחת לאדמה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מים תחתיים נמצאים בשכבות שמתחת לפני השטח.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מי צריך לפתור בעיה שחוצה גבולות?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כמה מדינות יחד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מדינה אחת לבד לא יכולה לעצור אותה.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עשן ממפעל יכול להגיע ברוח למדינה אחרת.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הרוח לא עוצרת בגבול.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באמצע האוקיינוס יש אי של זבל שאפשר לעמוד עליו.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רוב הפלסטיק שם הוא פירורים קטנים שמפוזרים במים.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נהר יכול לעבור בכמה מדינות.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ולכן זיהום בנהר מגיע לכמה מדינות.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גז שיוצא משריפת דלק נשאר רק בעיר שבה שרפו אותו.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הגז מתפזר באוויר של כל כדור הארץ.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יכול לקרות לבקבוק פלסטיק שנזרק לנהר? כתבו את המסע שלו.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הבקבוק נזרק לנהר, ואז הזרם לקח אותו לים. בים הזרמים הסיעו אותו רחוק, ואחרי הרבה זמן הוא התפרק לפירורים קטנים שדגים יכולים לבלוע.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כתבו דבר אחד שאפשר לעשות כדי שפחות פלסטיק יגיע לים.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אפשר להשתמש בבקבוק רב-פעמי ולזרוק פסולת רק לפח.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בעיה שחוצה גבולות היא... · דוגמה: ... · מה אני יכול לעשות כדי לעזור?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🚀 תשובות – רמת ז׳ רגילה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בעיה חוצת גבולות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זרם ימי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מיקרופלסטיק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מים עיליים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מים תחתיים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קרינה רדיואקטיבית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גז שיוצא ממנוע של מכונית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פחמן דו-חמצני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ערפל אפור מעל עיר גדולה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זיהום אוויר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דליפה מתחנת כוח אחרי צונאמי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קרינה רדיואקטיבית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באר שאובה מים מעומק האדמה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מים תחתיים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מדוע מדינה אחת לבדה אינה יכולה לפתור בעיה חוצת גבולות?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כי הזיהום מגיע גם ממדינות אחרות ועובר ברוח ובמים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מקור הבעיה והנזק נמצאים במדינות שונות.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מהו מיקרופלסטיק?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חלקיקי פלסטיק קטנים מ-5 מילימטרים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פלסטיק מתפרק לחלקיקים זעירים שמתפזרים במים.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ההבדל בין מים עיליים למים תחתיים?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עיליים על פני הקרקע, ותחתיים בשכבות מתחת לקרקע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ההבדל הוא במיקום המים.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איזה גורם במדבור בסאהל הוא גלובלי?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שינויי אקלים שמביאים בצורות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שינויי האקלים קשורים לפליטות מכל העולם.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מראות המדידות מאז שנות החמישים?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שכמות הפחמן הדו-חמצני באוויר עולה בהתמדה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הגרף עולה שנה אחרי שנה.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זרמים באוקיינוס יכולים לרכז פסולת באזור אחד.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זרמים מסתובבים אוספים את הפסולת.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קרינה מתאונה בכור גרעיני נשארת תמיד בתוך המדינה.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קרינה יכולה לעבור באוויר ובמים מעבר לגבולות.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מים תחתיים יכולים להיות משותפים לכמה מדינות.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שכבות המים מתחת לקרקע אינן עוצרות בגבול.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מדבור נגרם רק מגורמים גלובליים.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יש למדבור גם גורמים מקומיים, כמו רעיית יתר וכריתת עצים.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בחרו בעיה אחת חוצת גבולות והסבירו כיצד היא עוברת ממדינה למדינה.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זיהום נהר: מפעל במעלה הנהר מזרים שפכים, הזרם מוביל אותם במורד, ותושבים במדינה השכנה מקבלים מים מזוהמים לשתייה ולחקלאות.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גרף ריכוז הפחמן הדו-חמצני עולה מאז שנות החמישים. מה אפשר להסיק ממנו, ומה אי אפשר להסיק ממנו לבד?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אפשר להסיק שכמות הגז באוויר עולה בהתמדה. אי אפשר להסיק ממנו לבד מי פלט את הגז ובאיזו מדינה – לשם כך צריך נתונים נוספים על הפליטות.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הציעו פתרון משותף לשתי מדינות שחולקות נהר מזוהם.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הסכם שבו שתי המדינות מודדות יחד את איכות המים, קובעות כללים לשפכי מפעלים ומממנות יחד מתקן לטיהור, עם ועדה משותפת שבודקת את ביצועו.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שלוש דרכים שבהן זיהום חוצה גבולות: ... · ההבדל בין מים עיליים לתחתיים: ... · מה אפשר ללמוד מגרף הפחמן?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🏆 תשובות – רמה מתקדמת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בעיה חוצת גבולות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זרם ימי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מיקרופלסטיק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מים עיליים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מים תחתיים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קרינה רדיואקטיבית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זיהום אוויר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פחמן דו-חמצני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גז שיוצא ממנוע של מכונית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פחמן דו-חמצני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ערפל אפור מעל עיר גדולה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זיהום אוויר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דליפה מתחנת כוח אחרי צונאמי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קרינה רדיואקטיבית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באר שאובה מים מעומק האדמה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מים תחתיים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מהי בעיית ״המשאב המשותף״ בהקשר של זיהום חוצה גבולות?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כל מדינה מעדיפה שאחרות ישלמו על הפתרון, ולכן הבעיה מחריפה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בלי שיתוף פעולה, כל אחת ״ממתינה״ לאחרת.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כיצד מיקרופלסטיק עלול להגיע לבני אדם?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דרך שרשרת המזון הימית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בעלי חיים בולעים חלקיקים, והם עוברים בשרשרת המזון.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מדוע ההשפעה של פחמן דו-חמצני גלובלית בלי קשר למקום הפליטה?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כי הוא מתערבב באטמוספרה כולה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הגז מתפזר בכל האטמוספרה בתוך זמן קצר יחסית.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מסבירה התנודה העונתית בגרף הפחמן?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קליטה של צמחייה בעונת הצמיחה בחצי הכדור הצפוני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באביב ובקיץ הצמחייה קולטת יותר גז, והריכוז יורד מעט.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מהי שאלת ״הנטל״ בהסכמי אקלים?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מי צריך לשלם ולצמצם יותר: מי שפלט בעבר או מי שפולט היום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זו שאלה של צדק בין מדינות.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אקוויפר יכול להשתרע מתחת לכמה מדינות.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שאיבה בצד אחד משפיעה על הצד האחר.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המדידות של הפחמן הדו-חמצני בהוואי החלו בשנות התשעים.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המדידות הרציפות החלו בסוף שנות החמישים (1958).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במדבור משתלבים גורמים מקומיים וגורם גלובלי.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רעיית יתר וכריתה לצד שינויי אקלים.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אזור הפסולת באוקיינוס השקט הוא אי מוצק של בקבוקים.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רובו מיקרופלסטיק מפוזר במים, לא אי מוצק.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נתחו את אירוע יפן 2011 כשרשרת: מגורם טבעי, דרך מערכת אנושית, ועד השלכות חוצות גבולות.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רעידת אדמה (טבעי) ← צונאמי מציף תחנת כוח על החוף ← כשל במערכות הקירור (אנושי-טכנולוגי) ← דליפת חומרים רדיואקטיביים ← פינוי תושבים ומים מזוהמים בים ← דיון עולמי על בטיחות כורים ועל אנרגיה.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הסבירו מדוע בעיית הפחמן הדו-חמצני קשה לפתרון יותר מזיהום נהר בין שתי מדינות.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בנהר יש שתי מדינות מזוהות ומקור ברור, ואפשר להסכים על כללים. בפחמן כל המדינות פולטות, הנזק מפוזר בכל העולם, הפליטה קשורה לאנרגיה ולתחבורה שבבסיס הכלכלה, וקשה להסכים מי יוותר יותר.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״מי שפלט בעבר צריך לשאת בעיקר הנטל.״ הציגו טיעון בעד, טיעון נגד ועמדה מנומקת.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בעד: מדינות שהתפתחו מוקדם פלטו כמויות גדולות במשך מאה שנה ונהנו מהצמיחה. נגד: כיום מדינות אחרות פולטות הרבה, ובלי צמצום שלהן הבעיה תימשך. עמדה: נטל משותף ומדורג – מי שפלט יותר מסייע יותר בכסף ובטכנולוגיה, וכולם מצמצמים.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🏆 אתגר: בחרו בעיה חוצת גבולות אחת (פלסטיק בים, נהר משותף, אבק ממדבר או פחמן דו-חמצני). שרטטו מפת זרימה של הבעיה ממקורה ליעדיה, זהו את בעלי העניין בכל מדינה, וכתבו טיוטה של ״הסכם בינלאומי קטן״ עם שלושה סעיפים ודרך לבדוק שהוא מקוים.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דוגמה: פלסטיק בים. מפה: ערים ונהרות ← ים ← זרמים ← חופים במדינות אחרות. בעלי עניין: דייגים, תיירות, תעשייה, רשויות. הסכם: 1. צמצום מוצרי פלסטיק חד-פעמיים. 2. מלכודות פסולת בשפכי נהרות. 3. ניקוי חופים משותף ומימון הדדי. בקרה: מדידה שנתית של כמות הפסולת בחופים לפי שיטה אחידה ודוח פומבי.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מהי בעיית המשאב המשותף? · מה למדתי מגרף הפחמן הדו-חמצני? · שאלה של צדק בין מדינות שמעסיקה אותי: 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🧭 מהלך שיעור מוצע (45 דקות)  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פתיחה (5 דק׳): משחק "איש תלוי" על אחד המושגים באתר, על הלוח הכיתתי.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מושגים וקריאה (15 דק׳): כל תלמיד/ה בחוברת ברמה המתאימה; קוראים בזוגות ומסמנים מושגים.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חלקים א׳–ב׳ (12 דק׳): עבודה עצמית ובדיקה בזוגות.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ג׳ או "חידון מהיר" (10 דק׳): שיחה על שאלה פתוחה, או חידון כיתתי בקבוצות.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סיום (3 דק׳): כרטיס יציאה ✂.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בידול: 🌱 משפטים קצרים, מחסן מילים ומשפטי פתיחה · 🚀 קטע ארוך יותר ושלוש שאלות חשיבה · 🏆 קטע עשיר, השלמה בלי מחסן מילים ואתגר חוקרים. כל הרמות עובדות על אותם מושגים.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משחקים לשיעור: חידון מהיר (גם במצב לוח כיתתי), איש תלוי, טריוויה ב־3 רמות, התאמת מושגים, זיכרון ומרוץ נכון/לא נכון – https://geo-z-chovrot-tiny.sites.tab.bot/</w:t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🔎 לוודא לפני השיעור  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אזור הפסולת בין הוואי לקליפורניה; רוב הפריטים מיקרופלסטיק &lt; 5 מ״מ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יפן 11.3.2011 – רעידה בעוצמה 9.0, יותר ממאה אלף מפונים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מדידות פחמן דו-חמצני בהוואי מאז 1958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ריכוז הפחמן הדו-חמצני: כ-315 ppm בשנות ה-50 לעומת כ-420 ppm כיום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הדנובה עוברת בעשר מדינות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אקוויפר האבן החולית הנובית משותף לכמה מדינות בצפון אפריקה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זמן התפרקות בקבוק פלסטיק – מאות שנים (הערכה)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בעיות שחוצות גבולות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